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C2B46"/>
          <w:sz w:val="28"/>
        </w:rPr>
        <w:t>Centre for Fintech and Strategic Business Research (CFSBR)</w:t>
      </w:r>
    </w:p>
    <w:p>
      <w:pPr>
        <w:jc w:val="center"/>
      </w:pPr>
      <w:r>
        <w:rPr>
          <w:i/>
          <w:color w:val="1F6F74"/>
          <w:sz w:val="22"/>
        </w:rPr>
        <w:t>C.A.S.E. - Class Assignment Series · Edition</w:t>
      </w:r>
    </w:p>
    <w:p>
      <w:pPr>
        <w:jc w:val="center"/>
      </w:pPr>
      <w:r>
        <w:rPr>
          <w:color w:val="5C6A7E"/>
          <w:sz w:val="18"/>
        </w:rPr>
        <w:t>DOI prefix 10.67226 · case.cfsbr.com</w:t>
      </w:r>
    </w:p>
    <w:p/>
    <w:p>
      <w:r>
        <w:rPr>
          <w:b/>
          <w:sz w:val="26"/>
        </w:rPr>
        <w:t>Faculty Approval Letter</w:t>
      </w:r>
    </w:p>
    <w:p>
      <w:r>
        <w:t>Date: ____________________________</w:t>
      </w:r>
    </w:p>
    <w:p>
      <w:r>
        <w:t>To the Editorial Board,</w:t>
      </w:r>
    </w:p>
    <w:p>
      <w:r>
        <w:t>C.A.S.E. - Class Assignment Series · Edition</w:t>
      </w:r>
    </w:p>
    <w:p>
      <w:r>
        <w:t>Centre for Fintech and Strategic Business Research (CFSBR)</w:t>
      </w:r>
    </w:p>
    <w:p/>
    <w:p>
      <w:r>
        <w:t>Subject: Faculty authorization for submission of undergraduate coursework for editorial screening and DOI registration.</w:t>
      </w:r>
    </w:p>
    <w:p/>
    <w:p>
      <w:r>
        <w:t>I, the undersigned faculty member, confirm that the assignment described below was originally developed, supervised, and graded by me as part of an undergraduate course. The student author(s) have my explicit consent to submit this work to C.A.S.E. for editorial screening under the COPE-aligned CFSBR ethics policy. I further confirm that:</w:t>
      </w:r>
    </w:p>
    <w:p>
      <w:r>
        <w:t>1. The work is the student author(s) original coursework, with a Turnitin similarity score of 15% or below (excluding references).</w:t>
      </w:r>
    </w:p>
    <w:p>
      <w:r>
        <w:t>2. Any generative AI usage (ChatGPT, Claude, etc.) has been transparently disclosed in the manuscript.</w:t>
      </w:r>
    </w:p>
    <w:p>
      <w:r>
        <w:t>3. All student roll numbers, university registration IDs, and personal phone numbers have been removed from the submitted draft.</w:t>
      </w:r>
    </w:p>
    <w:p>
      <w:r>
        <w:t>4. Any non-public corporate data has been replaced with proxies or carries documented institutional authorization.</w:t>
      </w:r>
    </w:p>
    <w:p/>
    <w:p>
      <w:r>
        <w:t>Course details</w:t>
      </w:r>
    </w:p>
    <w:tbl>
      <w:tblPr>
        <w:tblW w:type="auto" w:w="0"/>
        <w:tblLayout w:type="autofit"/>
        <w:tblLook w:firstColumn="1" w:firstRow="1" w:lastColumn="0" w:lastRow="0" w:noHBand="0" w:noVBand="1" w:val="04A0"/>
      </w:tblPr>
      <w:tblGrid>
        <w:gridCol w:w="4320"/>
        <w:gridCol w:w="4320"/>
      </w:tblGrid>
      <w:tr>
        <w:tc>
          <w:tcPr>
            <w:tcW w:type="dxa" w:w="4320"/>
          </w:tcPr>
          <w:p>
            <w:r>
              <w:t>Course title</w:t>
            </w:r>
          </w:p>
        </w:tc>
        <w:tc>
          <w:tcPr>
            <w:tcW w:type="dxa" w:w="4320"/>
          </w:tcPr>
          <w:p>
            <w:r>
              <w:t>_________________________________________________</w:t>
            </w:r>
          </w:p>
        </w:tc>
      </w:tr>
      <w:tr>
        <w:tc>
          <w:tcPr>
            <w:tcW w:type="dxa" w:w="4320"/>
          </w:tcPr>
          <w:p>
            <w:r>
              <w:t>Course code</w:t>
            </w:r>
          </w:p>
        </w:tc>
        <w:tc>
          <w:tcPr>
            <w:tcW w:type="dxa" w:w="4320"/>
          </w:tcPr>
          <w:p>
            <w:r>
              <w:t>_________________________________________________</w:t>
            </w:r>
          </w:p>
        </w:tc>
      </w:tr>
      <w:tr>
        <w:tc>
          <w:tcPr>
            <w:tcW w:type="dxa" w:w="4320"/>
          </w:tcPr>
          <w:p>
            <w:r>
              <w:t>Academic term</w:t>
            </w:r>
          </w:p>
        </w:tc>
        <w:tc>
          <w:tcPr>
            <w:tcW w:type="dxa" w:w="4320"/>
          </w:tcPr>
          <w:p>
            <w:r>
              <w:t>_________________________________________________</w:t>
            </w:r>
          </w:p>
        </w:tc>
      </w:tr>
      <w:tr>
        <w:tc>
          <w:tcPr>
            <w:tcW w:type="dxa" w:w="4320"/>
          </w:tcPr>
          <w:p>
            <w:r>
              <w:t>Submitted manuscript title</w:t>
            </w:r>
          </w:p>
        </w:tc>
        <w:tc>
          <w:tcPr>
            <w:tcW w:type="dxa" w:w="4320"/>
          </w:tcPr>
          <w:p>
            <w:r>
              <w:t>_________________________________________________</w:t>
            </w:r>
          </w:p>
        </w:tc>
      </w:tr>
    </w:tbl>
    <w:p/>
    <w:p>
      <w:r>
        <w:t>Author(s) (name, university, ORCID iD):</w:t>
      </w:r>
    </w:p>
    <w:p>
      <w:r>
        <w:t>_________________________________________________</w:t>
      </w:r>
    </w:p>
    <w:p>
      <w:r>
        <w:t>_________________________________________________</w:t>
      </w:r>
    </w:p>
    <w:p>
      <w:r>
        <w:t>_________________________________________________</w:t>
      </w:r>
    </w:p>
    <w:p>
      <w:r>
        <w:t>_________________________________________________</w:t>
      </w:r>
    </w:p>
    <w:p/>
    <w:p/>
    <w:p>
      <w:r>
        <w:t>Faculty signature: ____________________________     Date: ____________</w:t>
      </w:r>
    </w:p>
    <w:p>
      <w:r>
        <w:t>Faculty name (printed): ________________________________________</w:t>
      </w:r>
    </w:p>
    <w:p>
      <w:r>
        <w:t>Faculty affiliation (university / department): ________________________________________</w:t>
      </w:r>
    </w:p>
    <w:p>
      <w:r>
        <w:t>Faculty email: ________________________________________</w:t>
      </w:r>
    </w:p>
    <w:p/>
    <w:p>
      <w:r>
        <w:t>Please return the signed letter together with the manuscript submission via the C.A.S.E. submission portal.</w:t>
      </w:r>
    </w:p>
    <w:p>
      <w:r>
        <w:t>Submission portal: case.cfsbr.com/#submit    ·    Archive: case.pubpub.org    ·    DOI prefix: 10.67226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